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554480" cy="10363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rumo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036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Belegunterlagen fürs Erstgespräch</w:t>
      </w:r>
    </w:p>
    <w:p>
      <w:r>
        <w:t>Mit diesen Unterlagen gewinnen wir einen Überblick über Ihre Buchhaltung.</w:t>
      </w:r>
    </w:p>
    <w:p>
      <w:r>
        <w:rPr>
          <w:sz w:val="16"/>
        </w:rPr>
        <w:t>Bringen Sie nur vorhandene, relevante Unterlagen mit. Diese Liste dient der Sammlung von Informationen; sie enthält keine rechtliche oder steuerliche Beurteilung.</w:t>
      </w:r>
    </w:p>
    <w:p>
      <w:pPr>
        <w:pStyle w:val="Heading2"/>
      </w:pPr>
      <w:r>
        <w:t>Unternehmen und Überblick</w:t>
      </w:r>
    </w:p>
    <w:p>
      <w:pPr>
        <w:keepLines/>
        <w:ind w:left="40"/>
      </w:pPr>
      <w:r>
        <w:t>☐  Kurze Beschreibung Ihrer Tätigkeit und Ihrer offenen Fragen</w:t>
      </w:r>
    </w:p>
    <w:p>
      <w:pPr>
        <w:keepLines/>
        <w:ind w:left="40"/>
      </w:pPr>
      <w:r>
        <w:t>☐  Letzter verfügbarer Jahresabschluss oder aktuelle Auswertungen</w:t>
      </w:r>
    </w:p>
    <w:p>
      <w:pPr>
        <w:keepLines/>
        <w:ind w:left="40"/>
      </w:pPr>
      <w:r>
        <w:t>☐  Bestehender Kontenplan und verwendete Buchhaltungssoftware</w:t>
      </w:r>
    </w:p>
    <w:p>
      <w:pPr>
        <w:pStyle w:val="Heading2"/>
      </w:pPr>
      <w:r>
        <w:t>Belege und Zahlungen</w:t>
      </w:r>
    </w:p>
    <w:p>
      <w:pPr>
        <w:keepLines/>
        <w:ind w:left="40"/>
      </w:pPr>
      <w:r>
        <w:t>☐  Ausgangsrechnungen und offene Kundenrechnungen</w:t>
      </w:r>
    </w:p>
    <w:p>
      <w:pPr>
        <w:keepLines/>
        <w:ind w:left="40"/>
      </w:pPr>
      <w:r>
        <w:t>☐  Lieferantenrechnungen und noch offene Verbindlichkeiten</w:t>
      </w:r>
    </w:p>
    <w:p>
      <w:pPr>
        <w:keepLines/>
        <w:ind w:left="40"/>
      </w:pPr>
      <w:r>
        <w:t>☐  Bank- und Kreditkartenabrechnungen für den besprochenen Zeitraum</w:t>
      </w:r>
    </w:p>
    <w:p>
      <w:pPr>
        <w:pStyle w:val="Heading2"/>
      </w:pPr>
      <w:r>
        <w:t>Weitere Unterlagen nach Bedarf</w:t>
      </w:r>
    </w:p>
    <w:p>
      <w:pPr>
        <w:keepLines/>
        <w:ind w:left="40"/>
      </w:pPr>
      <w:r>
        <w:t>☐  Kassenbuch und Belege, falls Sie Bargeld verwenden</w:t>
      </w:r>
    </w:p>
    <w:p>
      <w:pPr>
        <w:keepLines/>
        <w:ind w:left="40"/>
      </w:pPr>
      <w:r>
        <w:t>☐  Bestehende MWST-Abrechnungen und Korrespondenz, falls vorhanden</w:t>
      </w:r>
    </w:p>
    <w:p>
      <w:pPr>
        <w:keepLines/>
        <w:ind w:left="40"/>
      </w:pPr>
      <w:r>
        <w:t>☐  Lohnübersichten und Sozialversicherungsunterlagen, falls Sie Personal beschäftigen</w:t>
      </w:r>
    </w:p>
    <w:p>
      <w:pPr>
        <w:keepLines/>
        <w:ind w:left="40"/>
      </w:pPr>
      <w:r>
        <w:t>☐  Verzeichnis vorhandener Anlagen sowie geschäftlicher Darlehen oder Leasingverträge</w:t>
      </w:r>
    </w:p>
    <w:p>
      <w:pPr>
        <w:pStyle w:val="Heading2"/>
      </w:pPr>
      <w:r>
        <w:t>So geht es weiter</w:t>
      </w:r>
    </w:p>
    <w:p>
      <w:r>
        <w:t>Markieren Sie die verfügbaren Unterlagen. Notieren Sie offene Fragen und vereinbaren Sie ein Gespräch mit Verumo. Fehlende Dokumente können wir gemeinsam identifizieren.</w:t>
      </w:r>
    </w:p>
    <w:p>
      <w:pPr>
        <w:spacing w:before="200"/>
      </w:pPr>
      <w:r>
        <w:rPr>
          <w:sz w:val="16"/>
        </w:rPr>
        <w:t>Verumo GmbH · Kirchstrasse 24 · 3097 Liebefeld</w:t>
        <w:br/>
        <w:t>info@verumo.ch · +41 31 512 99 14</w:t>
        <w:br/>
        <w:t>Stand 19.10.2026</w:t>
      </w:r>
    </w:p>
    <w:sectPr w:rsidR="00FC693F" w:rsidRPr="0006063C" w:rsidSect="00034616">
      <w:pgSz w:w="11906" w:h="16838"/>
      <w:pgMar w:top="560" w:right="920" w:bottom="7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Belegunterlagen fürs Erstgespräch</dc:title>
  <dc:subject/>
  <dc:creator>Verumo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