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554480" cy="1036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rum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3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Dokumentet e pronës për takimin e parë</w:t>
      </w:r>
    </w:p>
    <w:p>
      <w:r>
        <w:t>Dokumentet e disponueshme të pronës na ndihmojnë të diskutojmë nevojat tuaja.</w:t>
      </w:r>
    </w:p>
    <w:p>
      <w:r>
        <w:rPr>
          <w:sz w:val="16"/>
        </w:rPr>
        <w:t>Mblidhni vetëm dokumentet e disponueshme dhe të rëndësishme. Lista shërben për mbledhje informacioni dhe nuk përmban vlerësim juridik apo tatimor.</w:t>
      </w:r>
    </w:p>
    <w:p>
      <w:pPr>
        <w:pStyle w:val="Heading2"/>
      </w:pPr>
      <w:r>
        <w:t>Prona dhe kërkesa</w:t>
      </w:r>
    </w:p>
    <w:p>
      <w:pPr>
        <w:keepLines/>
        <w:ind w:left="40"/>
      </w:pPr>
      <w:r>
        <w:t>☐  Adresa, lloji i pronës dhe përshkrimi i shkurtër i kërkesës</w:t>
      </w:r>
    </w:p>
    <w:p>
      <w:pPr>
        <w:keepLines/>
        <w:ind w:left="40"/>
      </w:pPr>
      <w:r>
        <w:t>☐  Ekstrakti i disponueshëm i regjistrit të pronës ose dëshmia e pronësisë</w:t>
      </w:r>
    </w:p>
    <w:p>
      <w:pPr>
        <w:keepLines/>
        <w:ind w:left="40"/>
      </w:pPr>
      <w:r>
        <w:t>☐  Planet, sipërfaqet dhe përshkrimi i pronës që disponohen</w:t>
      </w:r>
    </w:p>
    <w:p>
      <w:pPr>
        <w:pStyle w:val="Heading2"/>
      </w:pPr>
      <w:r>
        <w:t>Përdorimi dhe administrimi</w:t>
      </w:r>
    </w:p>
    <w:p>
      <w:pPr>
        <w:keepLines/>
        <w:ind w:left="40"/>
      </w:pPr>
      <w:r>
        <w:t>☐  Kontratat e qirasë dhe pasqyra aktuale e qirave nëse prona jepet me qira</w:t>
      </w:r>
    </w:p>
    <w:p>
      <w:pPr>
        <w:keepLines/>
        <w:ind w:left="40"/>
      </w:pPr>
      <w:r>
        <w:t>☐  Llogaritjet e fundit të disponueshme të kostove shtesë ose administrimit</w:t>
      </w:r>
    </w:p>
    <w:p>
      <w:pPr>
        <w:keepLines/>
        <w:ind w:left="40"/>
      </w:pPr>
      <w:r>
        <w:t>☐  Kontratat ekzistuese të administrimit dhe shërbimeve</w:t>
      </w:r>
    </w:p>
    <w:p>
      <w:pPr>
        <w:pStyle w:val="Heading2"/>
      </w:pPr>
      <w:r>
        <w:t>Kostot dhe dokumentet e tjera</w:t>
      </w:r>
    </w:p>
    <w:p>
      <w:pPr>
        <w:keepLines/>
        <w:ind w:left="40"/>
      </w:pPr>
      <w:r>
        <w:t>☐  Dokumentet për punimet e kryera ose të planifikuara të mirëmbajtjes</w:t>
      </w:r>
    </w:p>
    <w:p>
      <w:pPr>
        <w:keepLines/>
        <w:ind w:left="40"/>
      </w:pPr>
      <w:r>
        <w:t>☐  Pasqyra e disponueshme e financimit dhe kostot e vazhdueshme të pronës</w:t>
      </w:r>
    </w:p>
    <w:p>
      <w:pPr>
        <w:keepLines/>
        <w:ind w:left="40"/>
      </w:pPr>
      <w:r>
        <w:t>☐  Për pronësi në kate, rregullorja e disponueshme dhe procesverbalet e fundit</w:t>
      </w:r>
    </w:p>
    <w:p>
      <w:pPr>
        <w:keepLines/>
        <w:ind w:left="40"/>
      </w:pPr>
      <w:r>
        <w:t>☐  Lista e dëmeve të njohura, pyetjeve të hapura dhe synimeve tuaja</w:t>
      </w:r>
    </w:p>
    <w:p>
      <w:pPr>
        <w:pStyle w:val="Heading2"/>
      </w:pPr>
      <w:r>
        <w:t>Hapat e mëtejshëm</w:t>
      </w:r>
    </w:p>
    <w:p>
      <w:r>
        <w:t>Shënoni dokumentet që keni. Shkruani pyetjet tuaja dhe caktoni një takim me Verumo. Dokumentet që mungojnë mund t’i identifikojmë së bashku.</w:t>
      </w:r>
    </w:p>
    <w:p>
      <w:pPr>
        <w:spacing w:before="200"/>
      </w:pPr>
      <w:r>
        <w:rPr>
          <w:sz w:val="16"/>
        </w:rPr>
        <w:t>Verumo GmbH · Kirchstrasse 24 · 3097 Liebefeld</w:t>
        <w:br/>
        <w:t>info@verumo.ch · +41 31 512 99 14</w:t>
        <w:br/>
        <w:t>Gjendja më 19.10.2026</w:t>
      </w:r>
    </w:p>
    <w:sectPr w:rsidR="00FC693F" w:rsidRPr="0006063C" w:rsidSect="00034616">
      <w:pgSz w:w="11906" w:h="16838"/>
      <w:pgMar w:top="560" w:right="920" w:bottom="7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Dokumentet e pronës për takimin e parë</dc:title>
  <dc:subject/>
  <dc:creator>Verumo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